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🕵️ דף תרגול: מי החשוד? בלש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הבנת הנקרא, הסקה, ראיות מהטקסט. נושאים: 📚 לשון.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קוראים את התיק: מי "העלים" את ה״א הידיעה במילים "בספרייה" ו"במדף"?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ג – נוספה ב׳ לפניה, והב׳ מנוקדת בפתח (הרמז: "בספרייה" היא ביחיד ואין לידה תואר – צורת הרבים ושם התואר אינם אשמים.)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 – אל המילה השנייה – הסומך (הרמז: הסמיכות מזיזה את ה״א – אבל לא מעלימה אותה. ב"בספרייה" אין סמיכות בכלל.)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ב – שה״א הידיעה "התחבאה" בתנועה: ב + ה = ב (הרמז: הפתח של ה״א עבר אל הב׳ – הנה טביעת האצבע!)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לוח החשודים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הסמיכות – נפסל/ה ברמז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אות השימוש ב׳ – האשם/ה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צורת הרבים – נפסל/ה ברמז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שם התואר – נפסל/ה ברמז 1,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כותבים את הפתרון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הפתרון: אות השימוש ב׳. כשהיא באה לפני מילה מיודעת, ה״א הידיעה נבלעת, ותנועתה עוברת אליה: ב + הספרייה = בספרייה. הסמיכות רק מזיזה את הה״א ("ספר הילדים"), ולא מעלימה אותה.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🕵️ מי החשוד? בלש הטקסט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קוראים את התיק: מי "העלים" את ה״א הידיעה במילים "בספרייה" ו"במדף"?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 את הטקסט ואז ענו על שאלות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📖 🔍 התעלומה של ה״א הנעלמת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ביום שלישי יצאה כיתה ח׳2 לספרייה העירונית. ליד הדלפק תלה הספרן שלט: "הספרים החדשים – במדף הכחול." עמית רשם במחברת: "הספרייה גדולה ושקטה. ישבנו בספרייה שעתיים. ספר הילדים שבחרתי לאחי הקטן מחכה במדף הכחול, ליד ספרי ההיסטוריה." בדרך חזרה, באוטובוס, קרא עמית שוב את מה שכתב וגילה משהו מוזר: ב"הספרייה" ובשלט "הספרים" יש ה״א הידיעה, אבל ב"בספרייה" וב"במדף" היא נעלמה. ובצירוף "ספר הילדים"? שם היא לא נעלמה – רק עברה מילה אחת קדימה. עמית רשם ארבעה חשודים: צורת הרבים, שם התואר, הסמיכות – והאות ב׳ שנוספה בתחילת המילה. עכשיו נשאר רק לחקור.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השוו בין "הספרייה גדולה" לבין "ישבנו בספרייה". מה השתנה במילה עצמה?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המילה עברה לרבים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נוסף לה שם תואר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נוספה ב׳ לפניה, והב׳ מנוקדת בפתח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היא הפכה לנסמך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בצירוף "ספר הילדים" ה״א הידיעה "עברה מילה קדימה". לאן היא עברה?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אל המילה השנייה – הסומך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אל המילה הראשונה – הנסמך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החוצה מן הצירוף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אל סוף המשפט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מה מלמד הפתח שמתחת לב׳ ב"בספרייה" וב"במדף"?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שהמילה בלשון רבים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שה״א הידיעה "התחבאה" בתנועה: ב + ה = 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שיש כאן דגש קל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שהמילה היא שם תואר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לוח החשודים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לכל חשוד/ה כתבו איזה רמז (מספר שאלה) פוסל אותו/ה, או כתבו "האשם/ה".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13"/>
        <w:gridCol w:w="5213"/>
      </w:tblGrid>
      <w:tr>
        <w:tc>
          <w:tcPr>
            <w:tcW w:type="dxa" w:w="655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החשוד/ה</w:t>
            </w:r>
          </w:p>
        </w:tc>
        <w:tc>
          <w:tcPr>
            <w:tcW w:type="dxa" w:w="353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נפסל/ה ברמז מס׳ / האשם/ה</w:t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🔗 הסמיכות – מזיזה את ה״א אל הסומך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🅱️ אות השימוש ב׳ – נוספה בתחילת המילה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👥 צורת הרבים – ים / ות בסוף המילה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🎨 שם התואר – מתאר את שם העצם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כותבים את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מי האשם/ה ולמה. צטטו משפט אחד מהטקסט כראיה.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מי החשוד? בלש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מי החשוד? בלש הטקסט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