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🕵️ דף תרגול: מי החשוד? בלש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הבנת הנקרא, הסקה, ראיות מהטקסט. נושאים: 🌾 חג הסיגד.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קוראים את התיק: מי שם את הפתק בתיק של דניאל?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רחל (הרמז: רחל בצפון – היא לא כתבה.)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ג – בעברית (הרמז: יונתן כותב רק באנגלית – הוא לא כתב.)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א – להזמין חברים חדשים (הרמז: מאיה נוסעת – והיא אוהבת להזמין!)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לוח החשודים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רחל – נפסל/ה ברמז 1,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יונתן – נפסל/ה ברמז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מאיה – האשם/ה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כותבים את הפתרון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הפתרון: מאיה! היא נוסעת לירושלים כל שנה, והיא "אוהבת להזמין חברים חדשים". הפתק בעברית, והיא נוסעת – לכן היא כתבה "בוא איתנו".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🕵️ מי החשוד? בלש הטקסט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קהילה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community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община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جماعة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השתחוות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bowing down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поклон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سجود، انحناء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mountain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гора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جبل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צמו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fasted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постились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صاموا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הקסים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the kessim – spiritual leaders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кесы – духовные лидеры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الكِسّيم – القادة الروحيون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האורית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the Orit – holy scriptures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Орит – священные книги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الأوريت – الكتب المقدسة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טיילת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promenade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набережная, променад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ممشى، كورنيش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הזמנה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invitation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приглашение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دعوة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קוראים את התיק: מי שם את הפתק בתיק של דניאל?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קראו. הקיפו תשובות.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📖 מי כתב את ההזמנה?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דניאל עלה מצרפת. הוא בכיתה ט׳ רק חודשיים. בבוקר הוא מוצא פתק בתיק: "מחר סיגד. בוא איתנו לטיילת בירושלים! האוטובוס יוצא בשבע." מי כתב? שלושה תלמידים יודעים על הנסיעה. רחל אומרת: "אני לא נוסעת מחר. אני עם המשפחה בצפון." יונתן כותב רק באנגלית, כי הוא עוד לומד עברית. מאיה נוסעת לחגיגה בירושלים כל שנה. היא אוהבת להזמין חברים חדשים.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בפתק כתוב "בוא איתנו". מי לא נוסעת מחר?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מאיה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רחל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דניאל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באיזו שפה כתוב הפתק?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באנגלית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בצרפתית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בעברית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מה מאיה אוהבת לעשות?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להזמין חברים חדשים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לישון עד מאוחר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לנסוע לבד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לוח החשודים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מי נפסל? כתבו מספר רמז.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213"/>
        <w:gridCol w:w="5213"/>
      </w:tblGrid>
      <w:tr>
        <w:tc>
          <w:tcPr>
            <w:tcW w:type="dxa" w:w="6559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החשוד/ה</w:t>
            </w:r>
          </w:p>
        </w:tc>
        <w:tc>
          <w:tcPr>
            <w:tcW w:type="dxa" w:w="353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נפסל/ה ברמז מס׳ / האשם/ה</w:t>
            </w:r>
          </w:p>
        </w:tc>
      </w:tr>
      <w:tr>
        <w:tc>
          <w:tcPr>
            <w:tcW w:type="dxa" w:w="655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🧳 רחל – נוסעת לצפון</w:t>
            </w:r>
          </w:p>
        </w:tc>
        <w:tc>
          <w:tcPr>
            <w:tcW w:type="dxa" w:w="353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55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🔤 יונתן – לומד עברית</w:t>
            </w:r>
          </w:p>
        </w:tc>
        <w:tc>
          <w:tcPr>
            <w:tcW w:type="dxa" w:w="353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55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🚌 מאיה – אוהבת טיולים</w:t>
            </w:r>
          </w:p>
        </w:tc>
        <w:tc>
          <w:tcPr>
            <w:tcW w:type="dxa" w:w="353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כותבים את הפתרון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מי האשם? העתיקו משפט מהטקסט.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מי החשוד? בלש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מי החשוד? בלש הטקסט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