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🕵️ דף תרגול: מי החשוד? בלש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הבנת הנקרא, הסקה, ראיות מהטקסט. נושאים: 🌍 גלובליזציה – כפר עולמי.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קוראים את התיק: מי צבע את הנהר בכחול?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ב – שקוף (הרמז: הגשם שקוף – הוא לא אשם.)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א – דגים לא מייצרים צבע (הרמז: הדגים לא צובעים – הם נפגעים.)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לוח החשודים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הגשם – נפסל/ה ברמז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מפעל הצביעה – האשם/ה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הדגים – נפסל/ה ברמז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כותבים את הפתרון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הפתרון: מפעל הצביעה 🏭. כתוב: "הצבע זורם לנהר בלי סינון". ייצור בגדים יכול לזהם מים.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🕵️ מי החשוד? בלש הטקסט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קוראים את התיק: מי צבע את הנהר בכחול?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קראו. הקיפו תשובות.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📖 🕵️ מי צבע את הנהר?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בנהר ליד הכפר המים נצבעו בכחול 💙. הגשם יורד שקוף 💧. דגים לא מייצרים צבע 🐟. במעלה הנהר נפתח מפעל חדש 🏭. המפעל צובע בדים לג׳ינס 👖. הצבע זורם לנהר בלי סינון. מי צבע את הנהר?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1. באיזה צבע יורד הגשם?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כחול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שקוף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אדום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2. מה כתוב על הדגים?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דגים לא מייצרים צבע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דגים אוכלים צבע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דגים צובעים מים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לוח החשודים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מי נפסל? כתבו מספר רמז.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213"/>
        <w:gridCol w:w="5213"/>
      </w:tblGrid>
      <w:tr>
        <w:tc>
          <w:tcPr>
            <w:tcW w:type="dxa" w:w="6559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החשוד/ה</w:t>
            </w:r>
          </w:p>
        </w:tc>
        <w:tc>
          <w:tcPr>
            <w:tcW w:type="dxa" w:w="353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נפסל/ה ברמז מס׳ / האשם/ה</w:t>
            </w:r>
          </w:p>
        </w:tc>
      </w:tr>
      <w:tr>
        <w:tc>
          <w:tcPr>
            <w:tcW w:type="dxa" w:w="655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🌧️ הגשם – יורד מהעננים.</w:t>
            </w:r>
          </w:p>
        </w:tc>
        <w:tc>
          <w:tcPr>
            <w:tcW w:type="dxa" w:w="353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655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🏭 מפעל הצביעה – צובע בדים.</w:t>
            </w:r>
          </w:p>
        </w:tc>
        <w:tc>
          <w:tcPr>
            <w:tcW w:type="dxa" w:w="353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655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🐟 הדגים – חיים בנהר.</w:t>
            </w:r>
          </w:p>
        </w:tc>
        <w:tc>
          <w:tcPr>
            <w:tcW w:type="dxa" w:w="353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כותבים את הפתרון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מי האשם? העתיקו משפט מהטקסט.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מי החשוד? בלש 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מי החשוד? בלש הטקסט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