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🗝️ דף תרגול: צופן סודי ומילים מבולבלות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אוצר מילים, מושגים, כללי לשון. נושאים: 🌾 חג הסיגד.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פענוח מילים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המילה ותפקידה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1–ג · 2–ב · 3–א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המסר הסודי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קשר ברור בין המסר לקטע + שתי מילים מהצופן.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🗝️ צופן סודי ומילים מבולבלות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פענוח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קראו. פענחו את המילים.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📖 צופן המנהיגים 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🙏 הקסים הם מנהיגי הקהילה. הם לא מנהיגים בכוח 💪. הם מנהיגים בדוגמה אישית. הם קוראים מן האורית 📜. הם מזכירים לכולם את החלום ❤️. החלום הוא ירושלים.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E0F2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🔢 טבלת הצופן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א=1 · ב=2 · ג=3 · ד=4 · ה=5 · ו=6 · ז=7 · ח=8 · ט=9 · י=10 · כ=11 · ל=12 · מ=13 · נ=14 · ס=15 · ע=16 · פ=17 · צ=18 · ק=19 · ר=20 · ש=21 · ת=22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🔀 ד · ה · ג · ו · מ   (רמז: מה שמראים במעשים, לא במילים.)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🔢 1-6-20-10-22   (רמז: כתבי הקודש של הקהילה 📜)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🔀 ל · מ · ח · ו   (רמז: מה שרוצים מאוד שיקרה ❤️)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המילה ותפקידה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התאימו מילה ↔ 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המילה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ההסבר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דוגמה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החלום של הקהילה היה ירושלים.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אורית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האורית כתובה בגעז.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חלום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הקסים מובילים בדוגמה אישית.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המסר הסודי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המסר: "🌟 מנהיג אמיתי מוביל בדוגמה ובחלום משותף.". מה הוא אומר? כתבו משפט.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צופן סודי ומילים מבולבלות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צופן סודי ומילים מבולבלות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